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3286 — ج: 4 — ص: 230</w:t>
        <w:br/>
      </w:r>
      <w:r>
        <w:rPr>
          <w:rtl w:val="1"/>
        </w:rPr>
        <w:t xml:space="preserve"> أخبرنا أبو الحسن علي بن محمد بن عُقْبة الشَّيباني، حدثنا الهيثم بن خالد، حدثنا عُبيد الله بن موسى، أخبرنا يونس بن أبي إسحاق، عن الشَّعْبي، عن صِلَة بن زُفَرَ، عن حُذَيفة</w:t>
        <w:br/>
      </w:r>
      <w:r>
        <w:rPr>
          <w:color w:val="000000"/>
          <w:rtl w:val="1"/>
        </w:rPr>
        <w:t xml:space="preserve">قال:  </w:t>
      </w:r>
      <w:r>
        <w:rPr>
          <w:color w:val="FF0000"/>
          <w:rtl w:val="1"/>
        </w:rPr>
        <w:t xml:space="preserve">أصحابُ الأعراف قومٌ تجاوَزَت بهم حسناتُهم النارَ، وقَصَّرَت [بهم] سيئاتُهم عن الجنة،  </w:t>
      </w:r>
      <w:r>
        <w:rPr>
          <w:color w:val="FF0000"/>
          <w:rtl w:val="1"/>
        </w:rPr>
        <w:t xml:space="preserve">فإذا ﴿صُرِفَتْ أَبْصَارُهُمْ تِلْقَاءَ أَصْحَابِ النَّارِ قَالُوا رَبَّنَا لَا تَجْعَلْنَا مَعَ الْقَوْمِ الظَّالِمِينَ﴾ [الأعراف:47]،  </w:t>
      </w:r>
      <w:r>
        <w:rPr>
          <w:color w:val="FF0000"/>
          <w:rtl w:val="1"/>
        </w:rPr>
        <w:t xml:space="preserve">فبينما هم كذلك إذِ اطَّلَعَ عليهم ربُّك، فيقال لهم: قوموا ادخُلوا الجنةَ، فإني قد غَفَرتُ لكم. </w:t>
      </w:r>
      <w:r>
        <w:rPr>
          <w:color w:val="000000"/>
          <w:rtl w:val="1"/>
        </w:rPr>
        <w:t xml:space="preserve">هذا حديثٌ صحيحٌ على شرط الشَّيخين ولم يُخرجاه. </w:t>
      </w:r>
    </w:p>
    <w:p>
      <w:pPr>
        <w:bidi w:val="1"/>
        <w:jc w:val="start"/>
      </w:pPr>
      <w:r>
        <w:rPr>
          <w:rtl w:val="1"/>
        </w:rPr>
        <w:t>درجة الحديث: إسناده حسن</w:t>
      </w:r>
    </w:p>
    <w:p>
      <w:pPr>
        <w:bidi w:val="1"/>
        <w:jc w:val="start"/>
      </w:pPr>
      <w:r>
        <w:rPr>
          <w:rtl w:val="1"/>
        </w:rPr>
        <w:t>الشرح: الدلالة: خامس عشر: أهل الأعراف - يوم القيامة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