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المصافحة-كتاب الأدب-سنن أبي داود — رقم الحديث: 5213 — الرقم الفرعي: 99 — الرقم الأصلي: 5213</w:t>
        <w:br/>
      </w:r>
      <w:r>
        <w:rPr>
          <w:rtl w:val="1"/>
        </w:rPr>
        <w:t xml:space="preserve"> حدثنا موسى بن إسماعيل ثنا حماد ثنا حميد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لما جاءَ أهلُ اليمن قالَ رسولُ الله ﷺ: «قد جاءكم أَهلُ اليَمنِ».  </w:t>
      </w:r>
      <w:r>
        <w:rPr>
          <w:color w:val="FF0000"/>
          <w:rtl w:val="1"/>
        </w:rPr>
        <w:t xml:space="preserve">وهُم أَولُ مَن جاءَ بالمُصافحَة.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فضل السلام والمصافحة والمعانقة - التكافل الاجتماعي ( الرعاية والخدمة الاجتماعية)</w:t>
      </w:r>
    </w:p>
    <w:p>
      <w:pPr>
        <w:bidi w:val="1"/>
        <w:jc w:val="start"/>
      </w:pPr>
      <w:r>
        <w:rPr>
          <w:rtl w:val="1"/>
        </w:rPr>
        <w:t>الشرح: الدلالة: ما ورد في الأشعريين وأهل اليمن - ما ورد في القبائل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وفد الأشعريين من اليمن - الوفود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