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السلام ؟-كتاب الأدب-سنن أبي داود — رقم الحديث: 5196 — الرقم الفرعي: 99 — الرقم الأصلي: 5196</w:t>
        <w:br/>
      </w:r>
      <w:r>
        <w:rPr>
          <w:rtl w:val="1"/>
        </w:rPr>
        <w:t xml:space="preserve"> حدثنا إسحاق بن سويد الرمليّ ثنا ابن أبي مريم قال:أظن أني سمعت نافع بن يزيد قال:أخبرني أبو مرحوم عن سهل بن معاذ بن أنس عن أبيه عن النبيّ صلى الله عليه وسلم</w:t>
        <w:br/>
      </w:r>
      <w:r>
        <w:rPr>
          <w:color w:val="FF0000"/>
          <w:rtl w:val="1"/>
        </w:rPr>
        <w:t xml:space="preserve">عن أبيه، عن النبيَّ ﷺ، بمعناه، زاد: ثم أتى آخرُ، فقال: السلامُ عليكُم ورحمةُ الله وبركاته ومغفِرَتُه،  </w:t>
      </w:r>
      <w:r>
        <w:rPr>
          <w:color w:val="FF0000"/>
          <w:rtl w:val="1"/>
        </w:rPr>
        <w:t xml:space="preserve">فقال: «أربعون»، وقال: «هكذا تكون الفضائلُ».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العلوم الرياضية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