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الاستئذان-كتاب الأدب-سنن أبي داود — رقم الحديث: 5176 — الرقم الفرعي: 99 — الرقم الأصلي: 5176</w:t>
        <w:br/>
      </w:r>
      <w:r>
        <w:rPr>
          <w:rtl w:val="1"/>
        </w:rPr>
        <w:t xml:space="preserve"> حدثنا ابن بشار ثنا أبو عاصم ثنا ابن جريج ح وثنا يحيى بن حبيب ثنا روح عن ابن جريج قال:أخبرني عمرو بن أبي سفيان أنّ عمرو بن عبد الله بن صفوان أخبره عن كَلدة بن حنبل</w:t>
        <w:br/>
      </w:r>
      <w:r>
        <w:rPr>
          <w:color w:val="000000"/>
          <w:rtl w:val="1"/>
        </w:rPr>
        <w:t xml:space="preserve">أنّ صفوانَ بنَ أُميّة بعثَه إلى رسولِ الله ﷺ بِلَبَنٍ وجَدايةٍ وضَغابِيسَ، والنبيُّ ﷺ بأَعلى مَكّةَ،  </w:t>
      </w:r>
      <w:r>
        <w:rPr>
          <w:color w:val="FF0000"/>
          <w:rtl w:val="1"/>
        </w:rPr>
        <w:t xml:space="preserve">فدخلتُ ولم أُسلِّم،  </w:t>
      </w:r>
      <w:r>
        <w:rPr>
          <w:color w:val="FF0000"/>
          <w:rtl w:val="1"/>
        </w:rPr>
        <w:t xml:space="preserve">فقال: «ارجِع، فقُل: السَّلامُ عليكُم»،  </w:t>
      </w:r>
      <w:r>
        <w:rPr>
          <w:color w:val="000000"/>
          <w:rtl w:val="1"/>
        </w:rPr>
        <w:t xml:space="preserve">وذاك بعدَما أسلَمَ صفوانُ بنُ أُمية. </w:t>
      </w:r>
      <w:r>
        <w:rPr>
          <w:color w:val="000000"/>
          <w:rtl w:val="1"/>
        </w:rPr>
        <w:t xml:space="preserve">قال عَمرٌو: وأخبرني ابنُ صفوان بهذا أجمعَ، عن كَلَدَةَ بنِ حَنْبلٍ، ولم يقُل: سمعتُه منه. </w:t>
      </w:r>
      <w:r>
        <w:rPr>
          <w:color w:val="000000"/>
          <w:rtl w:val="1"/>
        </w:rPr>
        <w:t xml:space="preserve">قال أبو داود: قال يحيى بنُ حَبيبِ: أُميةُ بنُ صفوانَ، ولم يقل: سمعتُه من كَلَدةَ بن حَنْبلٍ،  </w:t>
      </w:r>
      <w:r>
        <w:rPr>
          <w:color w:val="000000"/>
          <w:rtl w:val="1"/>
        </w:rPr>
        <w:t xml:space="preserve">وقال يحيى أيضًا: عَمرو بنُ عبد الله بن صفوان أخبره، أن كلدةَ بنَ الحنبَل أخبره.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تعليم السلام وتعلُّمه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