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الجمع في المسجد مرتين-كتاب الصلاة-سنن أبي داود — رقم الحديث: 574 — الرقم الفرعي: 99 — الرقم الأصلي: 574</w:t>
        <w:br/>
      </w:r>
      <w:r>
        <w:rPr>
          <w:rtl w:val="1"/>
        </w:rPr>
        <w:t xml:space="preserve"> حدثنا موسى بن إسماعيل ثنا وهيب عن سليمان الأسود عن أبي المتوكل عن أبي سعيد الخدريّ</w:t>
        <w:br/>
      </w:r>
      <w:r>
        <w:rPr>
          <w:color w:val="FF0000"/>
          <w:rtl w:val="1"/>
        </w:rPr>
        <w:t xml:space="preserve">أنَّ رسولَ الله ﷺ أبصَرَ رجلًا يُصَلِّي وحدَه، فقال: «ألَا رجلٌ يتَصَدَّقُ على هذا فيُصلِّي مَعَه».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إعادة الصلاة في الجماعة - إعادة صلاة الجماعة وتعددها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