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أخذ صدقة التمر عند صرام النخل-كتاب الزكاة-صحيح البخاري — رقم الحديث: 1485 — الرقم الفرعي: 99 — الرقم الأصلي: 1485</w:t>
        <w:br/>
      </w:r>
      <w:r>
        <w:rPr>
          <w:rtl w:val="1"/>
        </w:rPr>
        <w:t xml:space="preserve"> حدثنا عمر بن محمد بن الحسن الأسديّ حدثنا أبي حدثنا إبراهيم بن طهمان عن محمد بن زياد عن أبي هريرة رضي الله عنه</w:t>
        <w:br/>
      </w:r>
      <w:r>
        <w:rPr>
          <w:color w:val="FF0000"/>
          <w:rtl w:val="1"/>
        </w:rPr>
        <w:t xml:space="preserve">قال: كان رسولُ الله ﷺ يُؤتَى بالتّمرِ عندَ صِرَامِ النَّخْلِ،  </w:t>
      </w:r>
      <w:r>
        <w:rPr>
          <w:color w:val="FF0000"/>
          <w:rtl w:val="1"/>
        </w:rPr>
        <w:t xml:space="preserve">فيَجِيءُ هذا بتَمْرِه وهذا من تَمْرِه، حتَّى يَصِيرَ عندَه كَوْمًا من تمرٍ،  </w:t>
      </w:r>
      <w:r>
        <w:rPr>
          <w:color w:val="FF0000"/>
          <w:rtl w:val="1"/>
        </w:rPr>
        <w:t xml:space="preserve">فجَعَلَ الحَسنُ والحسينُ، رضي الله عنهما، يَلْعَبانِ بذلكَ التَّمرِ،  </w:t>
      </w:r>
      <w:r>
        <w:rPr>
          <w:color w:val="FF0000"/>
          <w:rtl w:val="1"/>
        </w:rPr>
        <w:t xml:space="preserve">فأخَذَ أحدُهما تَمْرةً فجعلَها في فيهِ،  </w:t>
      </w:r>
      <w:r>
        <w:rPr>
          <w:color w:val="FF0000"/>
          <w:rtl w:val="1"/>
        </w:rPr>
        <w:t xml:space="preserve">فنَظَرَ إليه رسولُ الله ﷺ فأخرَجَها من فيهِ  </w:t>
      </w:r>
      <w:r>
        <w:rPr>
          <w:color w:val="FF0000"/>
          <w:rtl w:val="1"/>
        </w:rPr>
        <w:t xml:space="preserve">فقال: «أمَا عَلِمْتَ أنَّ آلَ محمَّدٍ ﷺ لا يَأْكُلونَ الصَّدَقةَ؟».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ما ورد في فضل آل البيت والعترة النبوية بعامة - مناقب آل البيت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وآل بيته ومواليهم - الذين لا تحلُّ لهم الزكاة</w:t>
      </w:r>
    </w:p>
    <w:p>
      <w:pPr>
        <w:bidi w:val="1"/>
        <w:jc w:val="start"/>
      </w:pPr>
      <w:r>
        <w:rPr>
          <w:rtl w:val="1"/>
        </w:rPr>
        <w:t>الشرح: الدلالة: الأصناف التي فيها الزكاة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ورعه ﷺ في مال الصدقة - ورع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