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الغيرة-كتاب عشرة النساء-سنن النسائي — رقم الحديث: 3956 — الرقم الفرعي: 99 — الرقم الأصلي: 3956</w:t>
        <w:br/>
      </w:r>
      <w:r>
        <w:rPr>
          <w:rtl w:val="1"/>
        </w:rPr>
        <w:t xml:space="preserve"> أخبرنا الربيع بن سليمان قال:حدثنا أسد بن موسى قال:حدثنا حمّاد بن سلمة عن ثابت عن أبي المتوكل</w:t>
        <w:br/>
      </w:r>
      <w:r>
        <w:rPr>
          <w:color w:val="FF0000"/>
          <w:rtl w:val="1"/>
        </w:rPr>
        <w:t xml:space="preserve">عن أُمِّ سَلَمة، أنّها - يعني - أتتْ بطعامٍ في صَحْفَةٍ لها إلى رسولِ الله ﷺ وأصحابِه،  </w:t>
      </w:r>
      <w:r>
        <w:rPr>
          <w:color w:val="FF0000"/>
          <w:rtl w:val="1"/>
        </w:rPr>
        <w:t xml:space="preserve">فجاءت عائشةُ مُتّزِرةً بكِساءٍ ومعها فِهرٌ، ففَلَقَت به الصَّحفةَ،  </w:t>
      </w:r>
      <w:r>
        <w:rPr>
          <w:color w:val="FF0000"/>
          <w:rtl w:val="1"/>
        </w:rPr>
        <w:t xml:space="preserve">فجَمَع النّبيُّ ﷺ بين فِلقَتَيِ الصَّحْفَةِ، ويقول: «كُلُوا، غارتْ أُمُّكم» مَرّتين،  </w:t>
      </w:r>
      <w:r>
        <w:rPr>
          <w:color w:val="FF0000"/>
          <w:rtl w:val="1"/>
        </w:rPr>
        <w:t xml:space="preserve">ثمّ أَخذَ رسولُ الله ﷺ صَحفةَ عائشةَ، فبَعَثَ بها إلى أُمِّ سَلَمة، وأَعطَى صَحفةَ أُمِّ سلمةَ عائشةَ.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الاتزان والهدوء وكظم الغيظ وضبط الانفعالات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الغيرة المذمومة.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الرفق بالنساء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حسن عشرة النبي صلى الله عليه وسلم لأزواجه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أم سلمة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غيرة الزوجة على زوجها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التقويم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عدله ﷺ بين أزواجه - عدل النبي ﷺ</w:t>
      </w:r>
    </w:p>
    <w:p>
      <w:pPr>
        <w:bidi w:val="1"/>
        <w:jc w:val="start"/>
      </w:pPr>
      <w:r>
        <w:rPr>
          <w:rtl w:val="1"/>
        </w:rPr>
        <w:t xml:space="preserve">الشرح: الدلالة: حكمته ﷺ وعدله في حل النزاع بينهن - طريقة النبي ﷺ في حل مشكلات بيته </w:t>
      </w:r>
    </w:p>
    <w:p>
      <w:pPr>
        <w:bidi w:val="1"/>
        <w:jc w:val="start"/>
      </w:pPr>
      <w:r>
        <w:rPr>
          <w:rtl w:val="1"/>
        </w:rPr>
        <w:t>الشرح: الدلالة: صور من تعامل النبي صلى الله عليه وسلم مع المشكلات الأسرية - العشرة بالمعروف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