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يدخل الدجال المدينة-كتاب الحجّ-صحيح البخاري — رقم الحديث: 1880 — الرقم الفرعي: 99 — الرقم الأصلي: 1880</w:t>
        <w:br/>
      </w:r>
      <w:r>
        <w:rPr>
          <w:rtl w:val="1"/>
        </w:rPr>
        <w:t xml:space="preserve"> حدثنا إسماعيل قال:حدثني مالك عن نعيم بن عبد الله المُجْمِر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«على أنقابِ المدينةِ ملائكةٌ، لا يَدخُلُها الطّاعونُ ولا الدَّجّالُ».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