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المعتكف يعود المريض-كتاب الصوم-سنن أبي داود — رقم الحديث: 2473 — الرقم الفرعي: 99 — الرقم الأصلي: 2473</w:t>
        <w:br/>
      </w:r>
      <w:r>
        <w:rPr>
          <w:rtl w:val="1"/>
        </w:rPr>
        <w:t xml:space="preserve"> حدثنا وهب بن بقيّة أخبرنا خالد عن عبد الرحمن ملاحظة يعني ابن إسحاق عن الزهريّ عن عروة عن عائشة</w:t>
        <w:br/>
      </w:r>
      <w:r>
        <w:rPr>
          <w:color w:val="FF0000"/>
          <w:rtl w:val="1"/>
        </w:rPr>
        <w:t xml:space="preserve">أنها قالت: السُّنةُ على المُعْتكِفِ أن لا يَعُودَ مريضاً،  </w:t>
      </w:r>
      <w:r>
        <w:rPr>
          <w:color w:val="FF0000"/>
          <w:rtl w:val="1"/>
        </w:rPr>
        <w:t xml:space="preserve">ولا يَشْهَدَ جنازة،  </w:t>
      </w:r>
      <w:r>
        <w:rPr>
          <w:color w:val="FF0000"/>
          <w:rtl w:val="1"/>
        </w:rPr>
        <w:t xml:space="preserve">ولا يَمَسَّ امرأةً، ولا يُباشِرَهَا،  </w:t>
      </w:r>
      <w:r>
        <w:rPr>
          <w:color w:val="FF0000"/>
          <w:rtl w:val="1"/>
        </w:rPr>
        <w:t xml:space="preserve">ولا يَخْرُجَ لِحَاجَةٍ إلا لِما لا بُدَّ منه،  </w:t>
      </w:r>
      <w:r>
        <w:rPr>
          <w:color w:val="FF0000"/>
          <w:rtl w:val="1"/>
        </w:rPr>
        <w:t xml:space="preserve">ولا اعتكافَ إلا بِصَوْمٍ،  </w:t>
      </w:r>
      <w:r>
        <w:rPr>
          <w:color w:val="FF0000"/>
          <w:rtl w:val="1"/>
        </w:rPr>
        <w:t xml:space="preserve">ولا اعتكافَ إلا في مسجدٍ جَامعِ. </w:t>
      </w:r>
      <w:r>
        <w:rPr>
          <w:color w:val="000000"/>
          <w:rtl w:val="1"/>
        </w:rPr>
        <w:t xml:space="preserve">قال أبو داود: غيرُ عبدِ الرحمن بن إسحاق لا يقولُ فيه: قالت: السنة. </w:t>
      </w:r>
      <w:r>
        <w:rPr>
          <w:color w:val="000000"/>
          <w:rtl w:val="1"/>
        </w:rPr>
        <w:t xml:space="preserve">قال أبو داود: جعلَه قولَ عائِشة.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منهيات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الاعتكاف في غير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الخروج للحاجة - مباحات الاعتكاف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الصيام والاعتكاف - الصيام والاعتكاف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