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5782 — الرقم الفرعي: 99 — الرقم الأصلي: 5782</w:t>
        <w:br/>
      </w:r>
      <w:r>
        <w:rPr>
          <w:rtl w:val="1"/>
        </w:rPr>
        <w:t xml:space="preserve"> حدثنا محمد بن عُبيد حدثنا عُبيدالله عن نافع عن ابن عمر أنّ عمر</w:t>
        <w:br/>
      </w:r>
      <w:r>
        <w:rPr>
          <w:color w:val="000000"/>
          <w:rtl w:val="1"/>
        </w:rPr>
        <w:t xml:space="preserve">قَالَ: يَا رَسُولَ اللهِ، أَيَرْقُدُ أَحَدُنَا، وَهُوَ جُنُبٌ؟ قَالَ: «نَعَمْ إِذَا تَوَضَّأَ»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