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يُرَدّ على أهل الذمّة السلام-كتاب الاستئذان-صحيح البخاري — رقم الحديث: 6257 — الرقم الفرعي: 99 — الرقم الأصلي: 6257</w:t>
        <w:br/>
      </w:r>
      <w:r>
        <w:rPr>
          <w:rtl w:val="1"/>
        </w:rPr>
        <w:t xml:space="preserve"> حدثنا عبد الله بن يوسف أخبرنا مالك عن عبد الله بن دينار عن عبد الله 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سَلَّمَ عليكم اليهودُ، فإنَّما يقولُ أحدُهُمُ: السّامُ عليكَ، فقُل: وعليكَ». 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الحذر والحيطة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النهي عن حب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معاملته ﷺ لرعايا الدولة الإسلامية منهم - معاملة النبي ﷺ للكفار </w:t>
      </w:r>
    </w:p>
    <w:p>
      <w:pPr>
        <w:bidi w:val="1"/>
        <w:jc w:val="start"/>
      </w:pPr>
      <w:r>
        <w:rPr>
          <w:rtl w:val="1"/>
        </w:rPr>
        <w:t>الشرح: الدلالة: قيمة الحلمُ والعفوُ في معامَلةِ غيرِ المُسلِمين في بلادِ المُسلِمِين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أهل الذمة - شروط المواطنة في الدولة الإسلامية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