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ذلك-كتاب اللباس-سنن أبي داود — رقم الحديث: 4073 — الرقم الفرعي: 99 — الرقم الأصلي: 4073</w:t>
        <w:br/>
      </w:r>
      <w:r>
        <w:rPr>
          <w:rtl w:val="1"/>
        </w:rPr>
        <w:t xml:space="preserve"> حدثنا مُسدد ثنا أبو معاوية عن هلال بن عامر عن أبيه</w:t>
        <w:br/>
      </w:r>
      <w:r>
        <w:rPr>
          <w:color w:val="FF0000"/>
          <w:rtl w:val="1"/>
        </w:rPr>
        <w:t xml:space="preserve">قال رأيتُ رسولَ الله ﷺ بِمنىَ يخطبُ على بغلةٍ،  </w:t>
      </w:r>
      <w:r>
        <w:rPr>
          <w:color w:val="FF0000"/>
          <w:rtl w:val="1"/>
        </w:rPr>
        <w:t xml:space="preserve">وعليه بُرْدٌ أحمرُ،  </w:t>
      </w:r>
      <w:r>
        <w:rPr>
          <w:color w:val="000000"/>
          <w:rtl w:val="1"/>
        </w:rPr>
        <w:t xml:space="preserve">وعليٌّ أمامَه يُعَبِّرُ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الأحمر: - في ألوان لباسه ﷺ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الخطبة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