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قَدر موضع الإزار-كتاب اللباس-سنن أبي داود — رقم الحديث: 4095 — الرقم الفرعي: 99 — الرقم الأصلي: 4095</w:t>
        <w:br/>
      </w:r>
      <w:r>
        <w:rPr>
          <w:rtl w:val="1"/>
        </w:rPr>
        <w:t xml:space="preserve"> حدثنا هناد ثنا ابن المبارك و عباد عن أبي الصباح عن يزيد بن أبي سميّة قال:سمعت ابن عمر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ما قال رسولُ الله ﷺ ِ في الإزارِ، فهو في القَميص.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