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الأنبياء-صحيح البخاري — رقم الحديث: 3370 — الرقم الفرعي: 99 — الرقم الأصلي: 3370</w:t>
        <w:br/>
      </w:r>
      <w:r>
        <w:rPr>
          <w:rtl w:val="1"/>
        </w:rPr>
        <w:t xml:space="preserve"> حدثنا قيس بن حفص و موسى بن إسماعيل قالا:حدثنا عبد الواحد بن زياد حدثنا أبو قرّة،مسلم بن سالم الهمدانيّ قال:حدثني عبد الله بن عيسى سمع عبد الرحمن بن أبي ليلى</w:t>
        <w:br/>
      </w:r>
      <w:r>
        <w:rPr>
          <w:color w:val="000000"/>
          <w:rtl w:val="1"/>
        </w:rPr>
        <w:t xml:space="preserve">قال: لقِيَني كعبُ بنُ عُجْرَة، فقال: ألا أُهْدي لكَ هديَّةً سمعتُها منَ النبيِّ ﷺ؟ فقلتُ: بَلَى، فأهدِها لي.  </w:t>
      </w:r>
      <w:r>
        <w:rPr>
          <w:color w:val="FF0000"/>
          <w:rtl w:val="1"/>
        </w:rPr>
        <w:t xml:space="preserve">فقال: سألْنا رسولَ الله ﷺ، فقلنا: يا رسولَ الله، كيفَ الصلاةُ عليكم أهلَ البيتِ؟ فإنَّ اللهَ قد عَلَّمَنا كيفَ نُسَلِّمُ.  </w:t>
      </w:r>
      <w:r>
        <w:rPr>
          <w:color w:val="FF0000"/>
          <w:rtl w:val="1"/>
        </w:rPr>
        <w:t xml:space="preserve">قال: «قولوا: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w:t>
      </w:r>
    </w:p>
    <w:p>
      <w:pPr>
        <w:bidi w:val="1"/>
        <w:jc w:val="start"/>
      </w:pPr>
      <w:r>
        <w:rPr>
          <w:rtl w:val="1"/>
        </w:rPr>
        <w:t>درجة الحديث: صحيح</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الصلاة الإبراهيمية - الجلوس والتشهد</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التربية المستمرة - المباديء</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أخبار إبراهيم عليه السلام وفضائله - أخبار أولي العزم من الرسل وفضائلهم</w:t>
      </w:r>
    </w:p>
    <w:p>
      <w:pPr>
        <w:bidi w:val="1"/>
        <w:jc w:val="start"/>
      </w:pPr>
      <w:r>
        <w:rPr>
          <w:rtl w:val="1"/>
        </w:rPr>
        <w:t>الشرح: الدلالة: التحبب والتودد والرحمة</w:t>
      </w:r>
    </w:p>
    <w:p>
      <w:pPr>
        <w:bidi w:val="1"/>
        <w:jc w:val="start"/>
      </w:pPr>
      <w:r>
        <w:rPr>
          <w:rtl w:val="1"/>
        </w:rPr>
        <w:t>الشرح: الدلالة: مرحلة الطفولة - مراحل النمو</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 xml:space="preserve">الشرح: الدلالة: الصلاة عليه ﷺ في الصلاة - الصلاة والسلام عليه ﷺ </w:t>
      </w:r>
    </w:p>
    <w:p>
      <w:pPr>
        <w:bidi w:val="1"/>
        <w:jc w:val="start"/>
      </w:pPr>
      <w:r>
        <w:rPr>
          <w:rtl w:val="1"/>
        </w:rPr>
        <w:t>الشرح: الدلالة: الصلاة الإبراهيمية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