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بول الصبي يصيب الثوب-كتاب الطهارة-سنن أبي داود — رقم الحديث: 376 — الرقم الفرعي: 99 — الرقم الأصلي: 376</w:t>
        <w:br/>
      </w:r>
      <w:r>
        <w:rPr>
          <w:rtl w:val="1"/>
        </w:rPr>
        <w:t xml:space="preserve"> حدثنا مجاهد بن موسى و عبّاس بن عبد العظيم العنبريّ ملاحظة المعنى قالا:ثنا عبد الرحمن بن مهديّ حدثني يحيى بن الوليد حدثني مُحِلّ بن خليفة حدثني أبو السّمح</w:t>
        <w:br/>
      </w:r>
      <w:r>
        <w:rPr>
          <w:color w:val="FF0000"/>
          <w:rtl w:val="1"/>
        </w:rPr>
        <w:t xml:space="preserve">قال: كنتُ أخدُمُ النبيَّ ﷺ،  </w:t>
      </w:r>
      <w:r>
        <w:rPr>
          <w:color w:val="FF0000"/>
          <w:rtl w:val="1"/>
        </w:rPr>
        <w:t xml:space="preserve">فكانَ إذا أرادَ أن يَغتَسِلَ قال: «وَلِّني قَفاكَ»، فأُولِّيهِ قَفايَ فأستُرُه به،  </w:t>
      </w:r>
      <w:r>
        <w:rPr>
          <w:color w:val="FF0000"/>
          <w:rtl w:val="1"/>
        </w:rPr>
        <w:t xml:space="preserve">فأُتِيَ بحَسَنٍ أو حُسينٍ، رضي الله عنهما، فبالَ على صَدرِه،  </w:t>
      </w:r>
      <w:r>
        <w:rPr>
          <w:color w:val="FF0000"/>
          <w:rtl w:val="1"/>
        </w:rPr>
        <w:t xml:space="preserve">فجئتُ أَغسِلُه، فقال: «يُغسَلُ مِن بَولِ الجاريةِ، ويُرَشُّ مِن بَولِ الغُلام». </w:t>
      </w:r>
      <w:r>
        <w:rPr>
          <w:color w:val="000000"/>
          <w:rtl w:val="1"/>
        </w:rPr>
        <w:t xml:space="preserve">قال عبّاس: قال: حدَّثنا يحيى بن الوليد. </w:t>
      </w:r>
      <w:r>
        <w:rPr>
          <w:color w:val="000000"/>
          <w:rtl w:val="1"/>
        </w:rPr>
        <w:t xml:space="preserve">قال أبو داود: قال هارون بن تَميم، عن الحسن قال: الأبوالُ كلُّها سواءٌ.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نوعية (ذكورة وأنوثة) - خصائص السكان</w:t>
      </w:r>
    </w:p>
    <w:p>
      <w:pPr>
        <w:bidi w:val="1"/>
        <w:jc w:val="start"/>
      </w:pPr>
      <w:r>
        <w:rPr>
          <w:rtl w:val="1"/>
        </w:rPr>
        <w:t>الشرح: الدلالة: بول الرضيع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الاستتار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أبو السمح، رضي الله عنه - 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