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محمد،طلحة بن عبيدالله رضي الله عنه-كتاب المناقب-سنن الترمذي — رقم الحديث: 3741 — الرقم الفرعي: 99 — الرقم الأصلي: 3742</w:t>
        <w:br/>
      </w:r>
      <w:r>
        <w:rPr>
          <w:rtl w:val="1"/>
        </w:rPr>
        <w:t xml:space="preserve"> حدثنا أبو سعيد الأشجّ حدثنا أبو عبد الرحمن بن منصور العنزيّ عن عقبة بن علقمة اليَشكُريّ قال:سمعت عليّ بن أبي طالب</w:t>
        <w:br/>
      </w:r>
      <w:r>
        <w:rPr>
          <w:color w:val="000000"/>
          <w:rtl w:val="1"/>
        </w:rPr>
        <w:t xml:space="preserve">قال: سَمِعَتْ أُذُنِي مِن فِي رسولِ الله ﷺ وهو يقول:  </w:t>
      </w:r>
      <w:r>
        <w:rPr>
          <w:color w:val="FF0000"/>
          <w:rtl w:val="1"/>
        </w:rPr>
        <w:t xml:space="preserve">«طَلحةُ والزُّبيرُ جارَايَ في الجَنَّة».  </w:t>
      </w:r>
      <w:r>
        <w:rPr>
          <w:color w:val="000000"/>
          <w:rtl w:val="1"/>
        </w:rPr>
        <w:t xml:space="preserve">هذا حديثٌ غريبٌ لا نعرفُه إلّا من هذا الوَجه.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* طلحة والزبير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