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أسماء الله الحسنى بالتفصيل-كتاب الدعوات-سنن الترمذي — رقم الحديث: 3507 — الرقم الفرعي: 99 — الرقم الأصلي: 3503</w:t>
        <w:br/>
      </w:r>
      <w:r>
        <w:rPr>
          <w:rtl w:val="1"/>
        </w:rPr>
        <w:t xml:space="preserve"> حدثنا إبراهيم بن يعقوب الجوزجانيّ حدثنا صفوان بن صالح حدثنا الوليد بن مسلم حدثنا شعيب بن أبي حمزة عن أبي الزّناد عن الأعرج عن أبي هريرة قال:قال رسول الله صلى الله عليه وسلم</w:t>
        <w:br/>
      </w:r>
      <w:r>
        <w:rPr>
          <w:color w:val="FF0000"/>
          <w:rtl w:val="1"/>
        </w:rPr>
        <w:t xml:space="preserve">«إنَّ للهِ ‌تِسْعةً ‌وَتِسْعينَ اسْمًا مِئةً غَيْرَ وَاحدٍ، من أحْصاها دَخلَ الجنَّةَ، 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 </w:t>
      </w:r>
      <w:r>
        <w:rPr>
          <w:color w:val="000000"/>
          <w:rtl w:val="1"/>
        </w:rPr>
        <w:t xml:space="preserve">هذا حديثٌ غريبٌ، حَدَّثَنا بهِ غَيْرُ واحدٍ عن صَفْوانَ بن صَالحٍ، وَلا نَعْرفُهُ إلَّا من حديثِ صَفْوانَ بن صَالحٍ، وهو ثِقةٌ عِنْدَ أهْلِ الحديثِ. </w:t>
      </w:r>
      <w:r>
        <w:rPr>
          <w:color w:val="000000"/>
          <w:rtl w:val="1"/>
        </w:rPr>
        <w:t xml:space="preserve">وقد رُوِي هذا الحديثُ من غَيْرِ وَجْهٍ عن أبي هُريرةَ، عن النبيِّ ﷺ لا نَعْلمُ في كَبيرِ شَيْءٍ من الرَّواياتِ ذِكْرَ الأسْماءِ إلَّا في هذا الحديثِ. </w:t>
      </w:r>
      <w:r>
        <w:rPr>
          <w:color w:val="000000"/>
          <w:rtl w:val="1"/>
        </w:rPr>
        <w:t xml:space="preserve">وقد رَوَى آدَمُ بن أبي إياسٍ هذا الحديثَ بإسْنادٍ غَيْرِ هذا عن أبي هُريرةَ، عن النبيِّ ﷺ وَذَكَرَ فيهِ الأسْماءَ، وَلَيْسَ لهُ إسْنادٌ صحيحٌ. </w:t>
      </w:r>
    </w:p>
    <w:p>
      <w:pPr>
        <w:bidi w:val="1"/>
        <w:jc w:val="start"/>
      </w:pPr>
      <w:r>
        <w:rPr>
          <w:rtl w:val="1"/>
        </w:rPr>
        <w:t>درجة الحديث: صحيح / صحيح</w:t>
      </w:r>
    </w:p>
    <w:p>
      <w:pPr>
        <w:bidi w:val="1"/>
        <w:jc w:val="start"/>
      </w:pPr>
      <w:r>
        <w:rPr>
          <w:rtl w:val="1"/>
        </w:rPr>
        <w:t>الشرح: الدلالة: فضل أسماء الله الحسنى - فضل أذكار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