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قدوم الأشعريين وأهل اليمن-كتاب المغازي-صحيح البخاري — رقم الحديث: 4390 — الرقم الفرعي: 99 — الرقم الأصلي: 4390</w:t>
        <w:br/>
      </w:r>
      <w:r>
        <w:rPr>
          <w:rtl w:val="1"/>
        </w:rPr>
        <w:t xml:space="preserve"> حدثنا أبو اليمان أخبرنا شعيب حدثنا أبو الزَناد عن الأعرج عن أبي هريرة،رضي الله عنه عن النبيّ،صلى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«أتاكُم أهلُ اليَمَنِ أضعَفُ قُلُوبًا وأرَقُّ أفْئِدةً،  </w:t>
      </w:r>
      <w:r>
        <w:rPr>
          <w:color w:val="000000"/>
          <w:rtl w:val="1"/>
        </w:rPr>
        <w:t xml:space="preserve">الفِقْه يَمانٍ، والحِكْمةُ يَمانِيَة». </w:t>
      </w:r>
    </w:p>
    <w:p>
      <w:pPr>
        <w:bidi w:val="1"/>
        <w:jc w:val="start"/>
      </w:pPr>
      <w:r>
        <w:rPr>
          <w:rtl w:val="1"/>
        </w:rPr>
        <w:t>الشرح: الدلالة: وفد الأشعريين من اليمن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