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2754 — الرقم الفرعي: 99 — الرقم الأصلي: 2754 — ج: 1 — ص: 302</w:t>
        <w:br/>
      </w:r>
      <w:r>
        <w:rPr>
          <w:rtl w:val="1"/>
        </w:rPr>
        <w:t xml:space="preserve"> حدثنا أسود حدثنا شريك عن أبي إسحاق عن الضّحّاك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كانت تَلبيةُ النّبيِّ ﷺ: «لبَّيكَ اللّهمَّ لبَّيك، لبَّيكَ لا شَريكَ لكَ لبَّيك، إنَّ الحَمدَ والنِّعمةَ لك والمُلك، لا شَريكَ لك».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تلبيته ﷺ - حج النبي ﷺ وعمرته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