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التسبيح بالحصى-كتاب الصلاة-سنن أبي داود — رقم الحديث: 1502 — الرقم الفرعي: 99 — الرقم الأصلي: 1502</w:t>
        <w:br/>
      </w:r>
      <w:r>
        <w:rPr>
          <w:rtl w:val="1"/>
        </w:rPr>
        <w:t xml:space="preserve"> حدثنا عبيدالله بن عمر بن ميسرة و محمد بن قدامة ملاحظة في آخرين قالوا:ثنا عَثّام عن الأعمش عن عطاء بن السّائب عن أبيه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يعقِدُ التسبيحَ.  </w:t>
      </w:r>
      <w:r>
        <w:rPr>
          <w:color w:val="FF0000"/>
          <w:rtl w:val="1"/>
        </w:rPr>
        <w:t xml:space="preserve">قال ابنُ قدامة: بيمينه.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كان ﷺ يعقد التسبيح بيده اليمنى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