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معاشرة النساء-كتاب النكاح-سنن ابن ماجة — رقم الحديث: 1978 — الرقم الفرعي: 99 — الرقم الأصلي: 1978</w:t>
        <w:br/>
      </w:r>
      <w:r>
        <w:rPr>
          <w:rtl w:val="1"/>
        </w:rPr>
        <w:t xml:space="preserve"> حدثنا أبو كُريب ثنا أبو خالد عن الأعمش عن شَقيق عن مسروق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«خِيارُكم خِيارُكم لنِسائِهم».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