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لعن آكل الربا ومؤكله-كتاب المساقاة-صحيح مسلم — رقم الحديث: 1598 — الرقم الفرعي: 99 — الرقم الأصلي: 1598</w:t>
        <w:br/>
      </w:r>
      <w:r>
        <w:rPr>
          <w:rtl w:val="1"/>
        </w:rPr>
        <w:t xml:space="preserve"> حدثنا محمد بن الصّبّاح و زهير بن حرب و عثمان بن أبي شيبة قالوا:حدثنا هُشَيم أخبرنا أبو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لعَنَ رسولُ الله ﷺ آكِلَ الرِّبا، ومُوكِلَه، وكاتِبَه، وشاهِدَيه، وقال: «هُم سَواء». 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الربا - عقود المعاوضات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