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شهود الملائكة بدراً-كتاب المغازي-صحيح البخاري — رقم الحديث: 3992 — الرقم الفرعي: 99 — الرقم الأصلي: 3992</w:t>
        <w:br/>
      </w:r>
      <w:r>
        <w:rPr>
          <w:rtl w:val="1"/>
        </w:rPr>
        <w:t xml:space="preserve"> حدثني إسحاق بن إبراهيم أخبرنا جَرير عن يحيى بن سعيد عن معاذ بن رِفاعة بن رافع الزُّ رَقيّ عن أبيه ملاحظة وكان أبوه من أهل بدر،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جاءَ جِبريلُ إلى النبيِّ ﷺ فقال: ما تَعُدّونَ أهلَ بَدرٍ فيكم؟ قال: «مِن أفضلِ المسلمِين» أو كَلِمةً نحوَها،  </w:t>
      </w:r>
      <w:r>
        <w:rPr>
          <w:color w:val="FF0000"/>
          <w:rtl w:val="1"/>
        </w:rPr>
        <w:t xml:space="preserve">قال: وكذلكَ مَن شَهِدَ بَدرًا منَ الملائكة. </w:t>
      </w:r>
    </w:p>
    <w:p>
      <w:pPr>
        <w:bidi w:val="1"/>
        <w:jc w:val="start"/>
      </w:pPr>
      <w:r>
        <w:rPr>
          <w:rtl w:val="1"/>
        </w:rPr>
        <w:t>الشرح: الدلالة: حب الملائكة للمؤمنين واستغفارهم لهم والقتال معهم - حقيقة الملائكة وصفاتهم</w:t>
      </w:r>
    </w:p>
    <w:p>
      <w:pPr>
        <w:bidi w:val="1"/>
        <w:jc w:val="start"/>
      </w:pPr>
      <w:r>
        <w:rPr>
          <w:rtl w:val="1"/>
        </w:rPr>
        <w:t>الشرح: الدلالة: فضل المجاهد في سبيل الله - مكانة الجهاد في سبيل الله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مناقب أهل بدر - مناقب المبشرين بالجنة سوى العشرة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درجات الملائكة ومراتبهم - أماكن وجود الملائكة ودرجاتهم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