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4001 — الرقم الفرعي: 99 — الرقم الأصلي: 4001</w:t>
        <w:br/>
      </w:r>
      <w:r>
        <w:rPr>
          <w:rtl w:val="1"/>
        </w:rPr>
        <w:t xml:space="preserve"> حدثنا عليّ حدثنا بِشر بن المُفضِّل حدثنا خالد بن ذكوان</w:t>
        <w:br/>
      </w:r>
      <w:r>
        <w:rPr>
          <w:color w:val="000000"/>
          <w:rtl w:val="1"/>
        </w:rPr>
        <w:t xml:space="preserve">عن الرُّبَيِّعِ بنتِ مُعَوِّذٍ قالت:  </w:t>
      </w:r>
      <w:r>
        <w:rPr>
          <w:color w:val="FF0000"/>
          <w:rtl w:val="1"/>
        </w:rPr>
        <w:t xml:space="preserve">دَخَلَ عليَّ النبيُّ ﷺ غَداةَ بُنِيَ عليَّ، فجَلَسَ على فِراشي كمَجلِسِكَ منّي،  </w:t>
      </w:r>
      <w:r>
        <w:rPr>
          <w:color w:val="FF0000"/>
          <w:rtl w:val="1"/>
        </w:rPr>
        <w:t xml:space="preserve">وجُوَيرِياتٌ يَضرِبنَ بالدُّفِّ، يَندُبنَ مَن قُتِلَ من آبائهِنَّ يومَ بَدْرٍ، حتَّى قالت جاريةٌ: </w:t>
      </w:r>
      <w:r>
        <w:rPr>
          <w:color w:val="FF0000"/>
          <w:rtl w:val="1"/>
        </w:rPr>
        <w:t xml:space="preserve">وفِينا نبيٌّ يَعلَمُ ما في غَدٍ </w:t>
      </w:r>
      <w:r>
        <w:rPr>
          <w:color w:val="FF0000"/>
          <w:rtl w:val="1"/>
        </w:rPr>
        <w:t xml:space="preserve">فقال النبيُّ ﷺ: «لا تقولي هكذا، وقُولي ما كنتِ تقولِينَ». </w:t>
      </w:r>
    </w:p>
    <w:p>
      <w:pPr>
        <w:bidi w:val="1"/>
        <w:jc w:val="start"/>
      </w:pPr>
      <w:r>
        <w:rPr>
          <w:rtl w:val="1"/>
        </w:rPr>
        <w:t>الشرح: الدلالة: الإشهار والإعلام - الزفاف وأحكامه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قيمة الترويح بالغِناء المُنضَبط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الغيب بإذن الله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النبي ﷺ لا يعلم الغيب إلا بإذن الله - التحذير من الإفراط (الغلو) أو التفريط (التقصير) أو الابتداع ...</w:t>
      </w:r>
    </w:p>
    <w:p>
      <w:pPr>
        <w:bidi w:val="1"/>
        <w:jc w:val="start"/>
      </w:pPr>
      <w:r>
        <w:rPr>
          <w:rtl w:val="1"/>
        </w:rPr>
        <w:t>الشرح: الدلالة: الغناء (انظر الترويح) - الزفاف وأحكامه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