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الدعاء قبل السلام-كتاب الصلاة-صحيح البخاري — رقم الحديث: 834 — الرقم الفرعي: 99 — الرقم الأصلي: 834</w:t>
        <w:br/>
      </w:r>
      <w:r>
        <w:rPr>
          <w:rtl w:val="1"/>
        </w:rPr>
        <w:t xml:space="preserve"> حدثنا قتيبة بن سعيد قال:حدثنا الليث عن يزيد بن أبي حبيب عن أبي الخير عن عبد الله بن عمرو عن أبي بكر الصديق رضي الله عنه</w:t>
        <w:br/>
      </w:r>
      <w:r>
        <w:rPr>
          <w:color w:val="000000"/>
          <w:rtl w:val="1"/>
        </w:rPr>
        <w:t xml:space="preserve">أنَّه قال لرسولِ الله ﷺ: عَلِّمْني دُعاءً أدعُو به في صلاتي،  </w:t>
      </w:r>
      <w:r>
        <w:rPr>
          <w:color w:val="FF0000"/>
          <w:rtl w:val="1"/>
        </w:rPr>
        <w:t xml:space="preserve">قال: «قُل: اللهمَّ إنّي ظَلَمْتُ نَفْسي ظُلْماً كَثيراً، ولا يَغْفِرُ الذُّنُوبَ إلَّا أنتَ، فاغفِرْ لي مَغْفِرةً من عندِكَ، وارحَمْني إنَّك أنتَ الغَفُورُ الرَّحِيمُ».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أذكار الاستغفار وفضله - الذكر والدعاء في العبادات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أسماء المحدثين</w:t>
      </w:r>
    </w:p>
    <w:p>
      <w:pPr>
        <w:bidi w:val="1"/>
        <w:jc w:val="start"/>
      </w:pPr>
      <w:r>
        <w:rPr>
          <w:rtl w:val="1"/>
        </w:rPr>
        <w:t>الشرح: الدلالة: الحاجة إلى الإيمان بالله وحده وعبادته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التقويم الذاتي (محاسبة النفس) - أنواع التقويم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p>
      <w:pPr>
        <w:bidi w:val="1"/>
        <w:jc w:val="start"/>
      </w:pPr>
      <w:r>
        <w:rPr>
          <w:rtl w:val="1"/>
        </w:rPr>
        <w:t>الشرح: الدلالة: دعاء الله تعالى بأسمائه - أسماء الله الحسنى</w:t>
      </w:r>
    </w:p>
    <w:p>
      <w:pPr>
        <w:bidi w:val="1"/>
        <w:jc w:val="start"/>
      </w:pPr>
      <w:r>
        <w:rPr>
          <w:rtl w:val="1"/>
        </w:rPr>
        <w:t>الشرح: الدلالة: الدعاء بعد التشهد الأخير - أذكار الصلاة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