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الأضحية بكبشين-كتاب الأضاحي-سنن الترمذي — رقم الحديث: 1494 — الرقم الفرعي: 99 — الرقم الأصلي: 1494</w:t>
        <w:br/>
      </w:r>
      <w:r>
        <w:rPr>
          <w:rtl w:val="1"/>
        </w:rPr>
        <w:t xml:space="preserve"> حدثنا قتيبة حدثنا أبو عوانة عن قتادة عن أنس بن مالك</w:t>
        <w:br/>
      </w:r>
      <w:r>
        <w:rPr>
          <w:color w:val="FF0000"/>
          <w:rtl w:val="1"/>
        </w:rPr>
        <w:t xml:space="preserve">قال: ضَحَّى رسولُ اللهِ ﷺ بكَبشَين أَملَحَين أَقرَنَين، ذَبَحَهما بيدِه، وسَمَّى وكَبَّر ووَضَع رِجلَه على صِفاحِهِما.  </w:t>
      </w:r>
      <w:r>
        <w:rPr>
          <w:color w:val="000000"/>
          <w:rtl w:val="1"/>
        </w:rPr>
        <w:t xml:space="preserve">وفي الباب عن علي، وعائِشة، وأَبي هُرَيرة، وأَبي أَيوب، وجابِر، وأَبي الدرداء، وأَبِي رَافِع، وابنِ عُمَر، وأَبي بكرة. </w:t>
      </w:r>
      <w:r>
        <w:rPr>
          <w:color w:val="000000"/>
          <w:rtl w:val="1"/>
        </w:rPr>
        <w:t xml:space="preserve">هذا حديث حسن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كيفية الذبح - الذبائح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