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حد القذف-كتاب الحدود-سنن أبي داود — رقم الحديث: 4474 — الرقم الفرعي: 99 — الرقم الأصلي: 4474</w:t>
        <w:br/>
      </w:r>
      <w:r>
        <w:rPr>
          <w:rtl w:val="1"/>
        </w:rPr>
        <w:t xml:space="preserve"> حدثنا قتيبة بن سعيد الثقفيّ و مالك بن عبد الواحد المسمعيّ ملاحظة وهذا حديثه أنّ ابن أبي عديّ حدثهم عن محمد بن إسحاق عن عبد الله بن أبي بكر عن عمرة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نزَلَ عُذْري، قامَ النّبيُّ ﷺ على المِنبَر فذَكرَ ذلك، وتلا - تعني القرآنَ –  </w:t>
      </w:r>
      <w:r>
        <w:rPr>
          <w:color w:val="FF0000"/>
          <w:rtl w:val="1"/>
        </w:rPr>
        <w:t xml:space="preserve">فلمَّا نزَلَ من المِنبَر أَمرَ بالرَّجُلَين والمَرأةِ فضُرِبوا حدَّهم.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قصة الإفك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