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747 — الرقم الفرعي: 99 — الرقم الأصلي: 747</w:t>
        <w:br/>
      </w:r>
      <w:r>
        <w:rPr>
          <w:rtl w:val="1"/>
        </w:rPr>
        <w:t xml:space="preserve"> حدثنا أحمد بن بشير الطيالسيّ، قال: حدثنا يحيى بن معين، قال: حدثنا الفضل بن حبيب السراج، قال: حدثنا حيان بن عبيد الله أبو زهير، عن عبد الله بن بريدة، عن أبيه،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اشتَهى رسولُ الله تمرًا، فأُتي بصاعٍ من عَجْوة، فلمّا جاؤوا به أَنكَره، وقال: «مِن أَينَ لكُم هذا؟»  </w:t>
      </w:r>
      <w:r>
        <w:rPr>
          <w:color w:val="FF0000"/>
          <w:rtl w:val="1"/>
        </w:rPr>
        <w:t xml:space="preserve">قالوا: بعثْنا بصاعَينِ فأَتينا بصاع، قال: «رُدُّوه رُدُّوه، لا حاجةَ لنا به».  </w:t>
      </w:r>
      <w:r>
        <w:rPr>
          <w:color w:val="000000"/>
          <w:rtl w:val="1"/>
        </w:rPr>
        <w:t xml:space="preserve">لا يرُوى هذا الحديثُ عن بُريدةَ إلّا بهذا الإسناد، ولم يروه إلّا يحيى بنُ معين.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