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وسلم،للأنصار:أنتم أحبّ الناس إليّ-كتاب المناقب-صحيح البخاري — رقم الحديث: 3785 — الرقم الفرعي: 99 — الرقم الأصلي: 3785</w:t>
        <w:br/>
      </w:r>
      <w:r>
        <w:rPr>
          <w:rtl w:val="1"/>
        </w:rPr>
        <w:t xml:space="preserve"> حدثنا أبو معمر حدثنا عبد الوارث حدثنا عبد العزيز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رأى النبيُّ ﷺ النِّساءَ والصِّبْيانَ مُقبِلِينَ  </w:t>
      </w:r>
      <w:r>
        <w:rPr>
          <w:color w:val="FF0000"/>
          <w:rtl w:val="1"/>
        </w:rPr>
        <w:t xml:space="preserve">- قال: حَسِبْتُ أنَّه قال: من عُرْسٍ –  </w:t>
      </w:r>
      <w:r>
        <w:rPr>
          <w:color w:val="FF0000"/>
          <w:rtl w:val="1"/>
        </w:rPr>
        <w:t xml:space="preserve">فقامَ النبيُّ ﷺ مُمْثِلًا، فقال: «اللهمَّ أَنتُم من أَحبِّ النّاس إليَّ»،  </w:t>
      </w:r>
      <w:r>
        <w:rPr>
          <w:color w:val="FF0000"/>
          <w:rtl w:val="1"/>
        </w:rPr>
        <w:t xml:space="preserve">قالها ثلاثَ مِرار.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الإشهار والإعلام - الزفاف وأحكامه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الحاجة إلى الحب والتقدير والتكريم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