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شراب أهل النار-كتاب صفة جهنم-سنن الترمذي — رقم الحديث: 2583 — الرقم الفرعي: 99 — الرقم الأصلي: 2586</w:t>
        <w:br/>
      </w:r>
      <w:r>
        <w:rPr>
          <w:rtl w:val="1"/>
        </w:rPr>
        <w:t xml:space="preserve"> حدثنا سويد بن نصر أخبرنا عبد الله أخبرنا صفوان بن عمرو عن عبيد الله بن بُسر عن أبي أمامة عن النبيّ صلى الله عليه وسلم</w:t>
        <w:br/>
      </w:r>
      <w:r>
        <w:rPr>
          <w:color w:val="FF0000"/>
          <w:rtl w:val="1"/>
        </w:rPr>
        <w:t xml:space="preserve">في قوله: ﴿وَيُسْقَى مِنْ مَاءٍ صَدِيدٍ، يَتَجَرَّعُهُ﴾ [إبراهيم: 16 -17]. قال: «يُقرَّب إلى فيهِ فيَكرَهُه، فإذا أُدنيَ منه شَوَى وَجهَه، ووَقعتْ فَروةُ رأسِه، فإذا شَرِبَه قطَّع أَمعاءَه، حتى تَخرُجَ من دُبُره، يقولُ الله تبارك وتعالى: ﴿وَسُقُوا مَاءً حَمِيمًا فَقَطَّعَ أَمْعَاءَهُمْ ﴾ [محمد: 15]، ويقول: ﴿وَإِنْ يَسْتَغِيثُوا يُغَاثُوا بِمَاءٍ كَالْمُهْلِ يَشْوِي الْوُجُوهَ بِئْسَ الشَّرَابُ وَسَاءَتْ مُرْتَفَقًا﴾ [الكهف: 29]». </w:t>
      </w:r>
      <w:r>
        <w:rPr>
          <w:color w:val="000000"/>
          <w:rtl w:val="1"/>
        </w:rPr>
        <w:t xml:space="preserve">هذا حديثٌ غريب.  </w:t>
      </w:r>
      <w:r>
        <w:rPr>
          <w:color w:val="000000"/>
          <w:rtl w:val="1"/>
        </w:rPr>
        <w:t xml:space="preserve">وهكذا قال محمدُ بن إسماعيل: عن عُبيد الله بن بُسْر، ولا نَعرفُ عُبيدَ الله بن بُسْر إلّا في هذا الحديث.  </w:t>
      </w:r>
      <w:r>
        <w:rPr>
          <w:color w:val="000000"/>
          <w:rtl w:val="1"/>
        </w:rPr>
        <w:t xml:space="preserve">وقد رَوى صَفوانُ بن عَمرٍو عن عبدِ الله بن بُسْرٍ صاحب النّبيِّ ﷺ غيرَ هذا الحديث، وعَبدُ الله بن بُسْر له أخٌ قد سَمعَ من النّبيِّ ﷺ، وأُختُه قد سَمِعتْ من النّبيِّ ﷺ.  </w:t>
      </w:r>
      <w:r>
        <w:rPr>
          <w:color w:val="000000"/>
          <w:rtl w:val="1"/>
        </w:rPr>
        <w:t xml:space="preserve">وعُبيدُ الله بن بُسْر الذي رَوى عنه صَفوانُ بن عَمرو حديثَ أبي أُمامةَ لعلَّه أن يكونَ أخا عَبدِ الله بن بُسْر.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* طعام أهل النار وشرابهم - ثامنًا: صفة النار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