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استكمال الإيمان وزيادته ونقصانه-كتاب الإيمان-سنن الترمذي — رقم الحديث: 2612 — الرقم الفرعي: 99 — الرقم الأصلي: 2615</w:t>
        <w:br/>
      </w:r>
      <w:r>
        <w:rPr>
          <w:rtl w:val="1"/>
        </w:rPr>
        <w:t xml:space="preserve"> حدثنا أحمد بن مَنيع البغداديّ حدثنا إسماعيل بن عُليّة حدثنا خالد الحذّاء عن أبي قِلابة عن عائشة قالت :قال رسول الله صلى الله عليه وسلم</w:t>
        <w:br/>
      </w:r>
      <w:r>
        <w:rPr>
          <w:color w:val="FF0000"/>
          <w:rtl w:val="1"/>
        </w:rPr>
        <w:t xml:space="preserve">«إنَّ مِنْ أكْمَلِ المُؤمنينَ إيمانًا أحْسَنَهُم خُلُقًا، ‌وألْطَفَهُمْ بأهْلِهِ». </w:t>
      </w:r>
      <w:r>
        <w:rPr>
          <w:color w:val="000000"/>
          <w:rtl w:val="1"/>
        </w:rPr>
        <w:t xml:space="preserve">وفي البابِ عن أبي هريرةَ، وأنسِ بن مالكٍ. </w:t>
      </w:r>
      <w:r>
        <w:rPr>
          <w:color w:val="000000"/>
          <w:rtl w:val="1"/>
        </w:rPr>
        <w:t xml:space="preserve">هذا حديثٌ حسنٌ، ولا نَعْرِفُ لأبي قِلابةَ سَمَاعًا من عائِشَةَ. </w:t>
      </w:r>
      <w:r>
        <w:rPr>
          <w:color w:val="000000"/>
          <w:rtl w:val="1"/>
        </w:rPr>
        <w:t xml:space="preserve">وقد رَوَى أبو قِلابَةَ عن عبد الله بن يَزيد - رَضِيعٍ لعائِشةَ -، عن عائشةَ غيرَ هذا الحَديثِ، وأبو قِلابةَ اسْمُهُ: عبدُ الله بن زَيدٍ الجَرْمِيُّ. </w:t>
      </w:r>
      <w:r>
        <w:rPr>
          <w:color w:val="000000"/>
          <w:rtl w:val="1"/>
        </w:rPr>
        <w:t xml:space="preserve">حدَّثنا ابنُ أبي عمرَ، قال: حدَّثنا سُفْيانُ بن عيينة، قال: ذَكَرَ أيُّوبُ السَّخْتِيانيُّ أبا قِلابَةَ، فقال: كان واللهِ من الفُقَهاءِ ذَوي الألبابِ.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بسط الوجه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التسامح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المظهر الاخلاقي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