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تعالىأنفقوا من طيّبات ما كسبتم-كتاب البيوع-صحيح البخاري — رقم الحديث: 2065 — الرقم الفرعي: 99 — الرقم الأصلي: 2065</w:t>
        <w:br/>
      </w:r>
      <w:r>
        <w:rPr>
          <w:rtl w:val="1"/>
        </w:rPr>
        <w:t xml:space="preserve"> حدثنا عثمان بن أبي شيبة حدثنا جرير عن منصور عن أبي وائل عن مسروق عن عائشةَ، رضي الله عنها قالت: قالَ النبيُّ ﷺ:</w:t>
        <w:br/>
      </w:r>
      <w:r>
        <w:rPr>
          <w:color w:val="FF0000"/>
          <w:rtl w:val="1"/>
        </w:rPr>
        <w:t xml:space="preserve">«إذا أنفَقَتِ المرأةُ من طعامِ بيتِها غيرَ مُفْسِدةٍ،  </w:t>
      </w:r>
      <w:r>
        <w:rPr>
          <w:color w:val="FF0000"/>
          <w:rtl w:val="1"/>
        </w:rPr>
        <w:t xml:space="preserve">كانَ لها أجرُها بما أنفَقَتْ، ولِزوجِها بما كَسَبَ، وللخازِنِ مِثلُ ذلكَ، لا يَنقُصُ بعضُهم أجرَ بعضٍ شيئًا». </w:t>
      </w:r>
    </w:p>
    <w:p>
      <w:pPr>
        <w:bidi w:val="1"/>
        <w:jc w:val="start"/>
      </w:pPr>
      <w:r>
        <w:rPr>
          <w:rtl w:val="1"/>
        </w:rPr>
        <w:t>الشرح: الدلالة: حقه في التملك والعمل - حق العيش الكريم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