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صفة السجود-كتاب الصلاة-سنن أبي داود — رقم الحديث: 896 — الرقم الفرعي: 99 — الرقم الأصلي: 896</w:t>
        <w:br/>
      </w:r>
      <w:r>
        <w:rPr>
          <w:rtl w:val="1"/>
        </w:rPr>
        <w:t xml:space="preserve"> حدثنا الربيع بن نافع أبو توبة ثنا شريك عن أبي إسحاق</w:t>
        <w:br/>
      </w:r>
      <w:r>
        <w:rPr>
          <w:color w:val="FF0000"/>
          <w:rtl w:val="1"/>
        </w:rPr>
        <w:t xml:space="preserve">قال: وَصَفَ لنا البراءُ بنُ عازب، فوضع يَدَيه، واعتَمَدَ على رُكبَتَيه، ورَفَع عَجِيزتَه،  </w:t>
      </w:r>
      <w:r>
        <w:rPr>
          <w:color w:val="000000"/>
          <w:rtl w:val="1"/>
        </w:rPr>
        <w:t xml:space="preserve">وقال: هكذا كانَ رسولُ الله ﷺ يسجُدُ.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