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البعث والنشور،وصفة الأرض يوم القيامة-كتاب  صفات المنافقين وأحكامهم-صحيح مسلم — رقم الحديث: 2791 — الرقم الفرعي: 99 — الرقم الأصلي: 2791</w:t>
        <w:br/>
      </w:r>
      <w:r>
        <w:rPr>
          <w:rtl w:val="1"/>
        </w:rPr>
        <w:t xml:space="preserve"> حدثنا أبو بكر بن أبي شيبة حدثنا عليّ بن مُسْهِر عن داود عن الشعبيّ عن مسروق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سألتُ رَسولَ الله ﷺ عن قولهِ عزَّ وجلّ: ﴿يَوْمَ تُبَدَّلُ الْأَرْضُ غَيْرَ الْأَرْضِ وَالسَّمَاوَاتُ﴾ [إبراهيم: 48] فأينَ يكونُ النّاسُ يومَئذٍ يا رَسولَ الله؟ فقال: «على الصِّراط».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أين يكون الناس يوم تبدل الأرض غير الأرض - سادسًا: النفخ في الصور وأهوال قيام الساعة</w:t>
      </w:r>
    </w:p>
    <w:p>
      <w:pPr>
        <w:bidi w:val="1"/>
        <w:jc w:val="start"/>
      </w:pPr>
      <w:r>
        <w:rPr>
          <w:rtl w:val="1"/>
        </w:rPr>
        <w:t>الشرح: الدلالة: قرب الصراط من أرض المحشر - ثالث عشر: الصراط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