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3901 — الرقم الفرعي: 99 — الرقم الأصلي: 3901 — ج: 1 — ص: 411</w:t>
        <w:br/>
      </w:r>
      <w:r>
        <w:rPr>
          <w:rtl w:val="1"/>
        </w:rPr>
        <w:t xml:space="preserve"> حدثنا عفّان حدثنا حمّاد بن سلمة أخبرنا عاصم بن بهدلة عن زرّ بن حبيش عن عبد الله بن مسعود</w:t>
        <w:br/>
      </w:r>
      <w:r>
        <w:rPr>
          <w:color w:val="FF0000"/>
          <w:rtl w:val="1"/>
        </w:rPr>
        <w:t xml:space="preserve">قال: كنّا يوم بدرٍ كلّ ثلاثةٍ على بعيرٍ،  </w:t>
      </w:r>
      <w:r>
        <w:rPr>
          <w:color w:val="FF0000"/>
          <w:rtl w:val="1"/>
        </w:rPr>
        <w:t xml:space="preserve">كان أبو لُبابة، وعليُّ بن أبي طالب، زَمِيلَيْ رسولِ الله ﷺ ،  </w:t>
      </w:r>
      <w:r>
        <w:rPr>
          <w:color w:val="FF0000"/>
          <w:rtl w:val="1"/>
        </w:rPr>
        <w:t xml:space="preserve">قال: وكانت عُقْبَةُ رسولِ الله ﷺ ، قال: فقالا: نحن نَمشِي عنكَ،  </w:t>
      </w:r>
      <w:r>
        <w:rPr>
          <w:color w:val="FF0000"/>
          <w:rtl w:val="1"/>
        </w:rPr>
        <w:t xml:space="preserve">فقال: «ما أَنتُما بأَقوى مِنِّي، ولا أَنا بأَغنَى عن الأَجرِ مِنكُما».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تواضعه ﷺ في تناوبه مع رفيقه على الدابة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بعيره - في ركائبه ﷺ </w:t>
      </w:r>
    </w:p>
    <w:p>
      <w:pPr>
        <w:bidi w:val="1"/>
        <w:jc w:val="start"/>
      </w:pPr>
      <w:r>
        <w:rPr>
          <w:rtl w:val="1"/>
        </w:rPr>
        <w:t>الشرح: الدلالة: قلة عتاد جيش المسلمين يوم بدر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