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وقف أرضاً ولم يبيّن الحدود-كتاب الوصايا-صحيح البخاري — رقم الحديث: 2770 — الرقم الفرعي: 99 — الرقم الأصلي: 2770</w:t>
        <w:br/>
      </w:r>
      <w:r>
        <w:rPr>
          <w:rtl w:val="1"/>
        </w:rPr>
        <w:t xml:space="preserve"> حدثنا محمد بن عبد الرحيم أخبرنا رَوْح بن عُبادة حدثنا زكرياء بن إسحاق قال:حدثني عمرو بن دينار عن عكرمة عن ابن عباس رضي الله عنهما</w:t>
        <w:br/>
      </w:r>
      <w:r>
        <w:rPr>
          <w:color w:val="FF0000"/>
          <w:rtl w:val="1"/>
        </w:rPr>
        <w:t xml:space="preserve">أنَّ رجلًا قالَ لرسولِ الله ﷺ: إنَّ أُمَّه تُوُفِّيَتْ، أيَنفَعُها إنْ تَصَدَّقْتُ عنها؟ قال: «نعم».  </w:t>
      </w:r>
      <w:r>
        <w:rPr>
          <w:color w:val="FF0000"/>
          <w:rtl w:val="1"/>
        </w:rPr>
        <w:t xml:space="preserve">قال: فإنَّ لي مِخْرافًا، وأُشهِدُكَ أنّي قد تَصَدَّقْتُ عنها.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الصّدَقة عن الوالدَين - صور من قيم برِّ الوالدَين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