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مناقب زيد بن حارثة رضي الله عنه-كتاب المناقب-سنن الترمذي — رقم الحديث: 3815 — الرقم الفرعي: 99 — الرقم الأصلي: 3818</w:t>
        <w:br/>
      </w:r>
      <w:r>
        <w:rPr>
          <w:rtl w:val="1"/>
        </w:rPr>
        <w:t xml:space="preserve"> حدثنا الجراح بن مخلد البصريّ و غير واحد قالوا:أخبرنا محمد بن عمر بن الروميّ أخبرنا عليّ بن مُسهِر عن إسماعيل بن أبي خالد عن ابن أبي عمرو الشيبانيّ قال:أخبرني جَبَلة بن حارثة ملاحظة أخو زيد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قدِمتُ على رسولِ الله، ﷺ، فقلتُ له: يا رسولَ الله، ابعَثْ معي أَخي زيدًا،  </w:t>
      </w:r>
      <w:r>
        <w:rPr>
          <w:color w:val="FF0000"/>
          <w:rtl w:val="1"/>
        </w:rPr>
        <w:t xml:space="preserve">قال: «هو ذا، فإن انطَلَقَ معكَ لم أَمنَعْه»،  </w:t>
      </w:r>
      <w:r>
        <w:rPr>
          <w:color w:val="FF0000"/>
          <w:rtl w:val="1"/>
        </w:rPr>
        <w:t xml:space="preserve">قال زيد: يا رسولَ الله، واللهِ لا أَختارُ عليك أَحدًا.  </w:t>
      </w:r>
      <w:r>
        <w:rPr>
          <w:color w:val="FF0000"/>
          <w:rtl w:val="1"/>
        </w:rPr>
        <w:t xml:space="preserve">قال: فرأيتُ رأيَ أَخي أَفضلَ من رأيي.  </w:t>
      </w:r>
      <w:r>
        <w:rPr>
          <w:color w:val="000000"/>
          <w:rtl w:val="1"/>
        </w:rPr>
        <w:t xml:space="preserve">هذا حديث حسنٌ غريب،  </w:t>
      </w:r>
      <w:r>
        <w:rPr>
          <w:color w:val="000000"/>
          <w:rtl w:val="1"/>
        </w:rPr>
        <w:t xml:space="preserve">لا يُعرفُ إلا من حديثِ ابنِ الروميّ، عن عليِّ بن مُسهِر.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زيد بن حارثة، رضي الله عنه - مواليه ﷺ </w:t>
      </w:r>
    </w:p>
    <w:p>
      <w:pPr>
        <w:bidi w:val="1"/>
        <w:jc w:val="start"/>
      </w:pPr>
      <w:r>
        <w:rPr>
          <w:rtl w:val="1"/>
        </w:rPr>
        <w:t>الشرح: الدلالة: الموالي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إيثارهم له ﷺ على أنفسهم وأهلهم - محبة الصحابة له ﷺ </w:t>
      </w:r>
    </w:p>
    <w:p>
      <w:pPr>
        <w:bidi w:val="1"/>
        <w:jc w:val="start"/>
      </w:pPr>
      <w:r>
        <w:rPr>
          <w:rtl w:val="1"/>
        </w:rPr>
        <w:t>الشرح: الدلالة: الدعوة سرا وأوائل من أسلم معه عليه الصلاة والسلام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