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كانت يمين النبيّ صلى الله عليه وسلم-كتاب الأيمان-صحيح البخاري — رقم الحديث: 6632 — الرقم الفرعي: 99 — الرقم الأصلي: 6632</w:t>
        <w:br/>
      </w:r>
      <w:r>
        <w:rPr>
          <w:rtl w:val="1"/>
        </w:rPr>
        <w:t xml:space="preserve"> حدثنا يحيى بن سليمان قال:حدثني ابن وهب قال:أخبرني حَيْوَة قال:حدثني أبو عقيل،زهرة بن معبد أنه سمع جدّه،عبد الله بن هشام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 النبيِّ ﷺ وهو آخِذٌ بيَدِ عمرَ بنِ الخطَّاب،  </w:t>
      </w:r>
      <w:r>
        <w:rPr>
          <w:color w:val="FF0000"/>
          <w:rtl w:val="1"/>
        </w:rPr>
        <w:t xml:space="preserve">فقال له عمرُ: يا رسولَ الله لأنتَ أحبُّ إليَّ من كلِّ شيءٍ إلَّا من نَفْسي،  </w:t>
      </w:r>
      <w:r>
        <w:rPr>
          <w:color w:val="FF0000"/>
          <w:rtl w:val="1"/>
        </w:rPr>
        <w:t xml:space="preserve">فقال النبيُّ ﷺ: «لا والَّذي نَفْسي بيدِه، حتَّى أكونَ أحبَّ إليكَ من نَفْسِكَ»  </w:t>
      </w:r>
      <w:r>
        <w:rPr>
          <w:color w:val="FF0000"/>
          <w:rtl w:val="1"/>
        </w:rPr>
        <w:t xml:space="preserve">فقال له عمرُ: فإنَّه الآنَ، واللهِ لأنتَ أحبُّ إليَّ من نَفْسي،  </w:t>
      </w:r>
      <w:r>
        <w:rPr>
          <w:color w:val="FF0000"/>
          <w:rtl w:val="1"/>
        </w:rPr>
        <w:t xml:space="preserve">فقال النبيُّ ﷺ: «الآنَ يا عمرُ».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 قيم الإيمان حبُّ الله ورسولِه ﷺ - قيمة محبّة الله ورسوله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قيمة حب الله عزّ وجلّ ورسولِه ﷺ - قيم الحُبُّ في اللهِ ولله</w:t>
      </w:r>
    </w:p>
    <w:p>
      <w:pPr>
        <w:bidi w:val="1"/>
        <w:jc w:val="start"/>
      </w:pPr>
      <w:r>
        <w:rPr>
          <w:rtl w:val="1"/>
        </w:rPr>
        <w:t xml:space="preserve">الشرح: الدلالة: محبته ﷺ أعز من كل شيء في الحياة - لزوم محبته ﷺ وثوابها </w:t>
      </w:r>
    </w:p>
    <w:p>
      <w:pPr>
        <w:bidi w:val="1"/>
        <w:jc w:val="start"/>
      </w:pPr>
      <w:r>
        <w:rPr>
          <w:rtl w:val="1"/>
        </w:rPr>
        <w:t xml:space="preserve">الشرح: الدلالة: محبتهم له ﷺ أكثر من المال والولد والنفس - محبة الصحابة له ﷺ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