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ذكر الخطبتين قبل الصلاة وما فيهما من الجمعة-كتاب الجمعة-صحيح مسلم — رقم الحديث: 862 — الرقم الفرعي: 1 — الرقم الأصلي: 862</w:t>
        <w:br/>
      </w:r>
      <w:r>
        <w:rPr>
          <w:rtl w:val="1"/>
        </w:rPr>
        <w:t xml:space="preserve"> وحدثنا يحيى بن يحيى و حسن بن الربيع و أبو بكر بن أبي شيبة ملاحظة قال يحيى:أخبرنا،وقال الآخران: حدثنا أبو الأحوص عن سِماك عن جابر بن سَمُرة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كانت للنّبيِّ ﷺ خُطبَتانِ يَجلِسُ بَينَهما، يَقرأُ القُرآنَ، ويُذكِّرُ الناس.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الاعتدال والتوسط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قراءة القرآن في الخطبة - أحكام القرآن و قراءته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الخطبتان والجلوس بينهما - خطبة الجمعة</w:t>
      </w:r>
    </w:p>
    <w:p>
      <w:pPr>
        <w:bidi w:val="1"/>
        <w:jc w:val="start"/>
      </w:pPr>
      <w:r>
        <w:rPr>
          <w:rtl w:val="1"/>
        </w:rPr>
        <w:t>الشرح: الدلالة: قراءة القرآن أثناء الخطبة - خطبة الجمعة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