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سجد لسجود القارىء-كتاب الصلاة-صحيح البخاري — رقم الحديث: 1075 — الرقم الفرعي: 99 — الرقم الأصلي: 1075</w:t>
        <w:br/>
      </w:r>
      <w:r>
        <w:rPr>
          <w:rtl w:val="1"/>
        </w:rPr>
        <w:t xml:space="preserve"> حدثنا مُسَدّد قال:حدثنا يحيى عن عبيدالله قال:حدثني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يَقرَأُ علينا السُّورةَ فيها السَّجْدةُ، فيَسجُدُ ونَسْجُدُ،  </w:t>
      </w:r>
      <w:r>
        <w:rPr>
          <w:color w:val="FF0000"/>
          <w:rtl w:val="1"/>
        </w:rPr>
        <w:t xml:space="preserve">حتَّى ما يَجِدُ أحدُنا موضعَ جَبْهَتِه.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فقه القرآن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قاريء القرآن وآدب القراءة</w:t>
      </w:r>
    </w:p>
    <w:p>
      <w:pPr>
        <w:bidi w:val="1"/>
        <w:jc w:val="start"/>
      </w:pPr>
      <w:r>
        <w:rPr>
          <w:rtl w:val="1"/>
        </w:rPr>
        <w:t>الشرح: الدلالة: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تلاوة الرسول القرآن على الناس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مندوبات القراءة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النبي صلى الله عليه وسلم للقرآن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سجود المستمع للتلاوة - سجود التلاوة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