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في بيع المُكرَه ونحوه في الحقّ-كتاب الإكراه-صحيح البخاري — رقم الحديث: 6944 — الرقم الفرعي: 99 — الرقم الأصلي: 6944</w:t>
        <w:br/>
      </w:r>
      <w:r>
        <w:rPr>
          <w:rtl w:val="1"/>
        </w:rPr>
        <w:t xml:space="preserve"> حدثنا عبد العزيز بن عبد الله حدثنا الليث عن سعيد المقبريّ عن أبيه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نحنُ في المسجدِ إذْ خَرَجَ علينا رسولُ الله ﷺ، فقال: «انطَلِقُوا إلى يهودَ»  </w:t>
      </w:r>
      <w:r>
        <w:rPr>
          <w:color w:val="FF0000"/>
          <w:rtl w:val="1"/>
        </w:rPr>
        <w:t xml:space="preserve">فخَرَجْنا معه حتَّى جِئنا بيتَ المِدْراس، فقامَ النبيُّ ﷺ فناداهُم: «يا مَعشَرَ يهودَ، أسلِمُوا تَسْلَمُوا»  </w:t>
      </w:r>
      <w:r>
        <w:rPr>
          <w:color w:val="FF0000"/>
          <w:rtl w:val="1"/>
        </w:rPr>
        <w:t xml:space="preserve">فقالوا: قد بَلَّغْتَ يا أبا القاسمِ، فقال: «ذلكَ أُرِيدُ»  </w:t>
      </w:r>
      <w:r>
        <w:rPr>
          <w:color w:val="FF0000"/>
          <w:rtl w:val="1"/>
        </w:rPr>
        <w:t xml:space="preserve">ثمَّ قالها الثّانيةَ، فقالوا: قد بَلَّغْتَ يا أبا القاسمِ،  </w:t>
      </w:r>
      <w:r>
        <w:rPr>
          <w:color w:val="000000"/>
          <w:rtl w:val="1"/>
        </w:rPr>
        <w:t xml:space="preserve">ثمَّ قال الثّالثةَ، فقال: «اعلَمُوا أنَّ الأرضَ لله ورسولِه، وإنّي أُرِيدُ أنْ أُجليَكُم، فمَن وَجَدَ مِنكُم بمالِه شيئًا فلْيَبِعْه، وإلَّا فاعلَمُوا أنَّما الأرضُ لله ورسولِه». </w:t>
      </w:r>
    </w:p>
    <w:p>
      <w:pPr>
        <w:bidi w:val="1"/>
        <w:jc w:val="start"/>
      </w:pPr>
      <w:r>
        <w:rPr>
          <w:rtl w:val="1"/>
        </w:rPr>
        <w:t>الشرح: الدلالة: دعوته ﷺ أهل الكتاب إلى الإسلام - دعوتهم للإسلام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