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العقيقة-كتاب الضحايا-سنن أبي داود — رقم الحديث: 2841 — الرقم الفرعي: 99 — الرقم الأصلي: 2841</w:t>
        <w:br/>
      </w:r>
      <w:r>
        <w:rPr>
          <w:rtl w:val="1"/>
        </w:rPr>
        <w:t xml:space="preserve"> حدثنا أبو معمر عبد الله بن عمرو ثنا عبد الوارث ثنا أيوب عن عكرمة عن ابن عبّاس</w:t>
        <w:br/>
      </w:r>
      <w:r>
        <w:rPr>
          <w:color w:val="FF0000"/>
          <w:rtl w:val="1"/>
        </w:rPr>
        <w:t xml:space="preserve">أنَّ رسولَ الله ﷺ عَقَّ عن الحَسَن والحُسَين، كَبشًا كَبشًا.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العقيقة - الذبائح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