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المناقب-صحيح البخاري — رقم الحديث: 3540 — الرقم الفرعي: 99 — الرقم الأصلي: 3540</w:t>
        <w:br/>
      </w:r>
      <w:r>
        <w:rPr>
          <w:rtl w:val="1"/>
        </w:rPr>
        <w:t xml:space="preserve"> حدثني إسحاق أخبرنا الفضل بن موسى عن الجُعيد بن عبد الرحمن</w:t>
        <w:br/>
      </w:r>
      <w:r>
        <w:rPr>
          <w:color w:val="FF0000"/>
          <w:rtl w:val="1"/>
        </w:rPr>
        <w:t xml:space="preserve">رأيتُ السّائبَ بنَ يزيدَ ابنَ أربَعٍ وتسعِينَ، جَلْدًا مُعتَدِلًا،  </w:t>
      </w:r>
      <w:r>
        <w:rPr>
          <w:color w:val="FF0000"/>
          <w:rtl w:val="1"/>
        </w:rPr>
        <w:t xml:space="preserve">فقال: قد عَلِمْتُ ما مُتِّعْتُ به - سَمْعي وبَصَري - إلَّا بدُعاءِ رسولِ الله ﷺ؛  </w:t>
      </w:r>
      <w:r>
        <w:rPr>
          <w:color w:val="FF0000"/>
          <w:rtl w:val="1"/>
        </w:rPr>
        <w:t xml:space="preserve">إنَّ خالَتي ذهبَتْ بي إليه، فقالت: يا رسولَ الله، إنَّ ابنَ أُختي شاكٍ، فادْعُ اللهَ له، قال: فدَعَا لِي. </w:t>
      </w:r>
    </w:p>
    <w:p>
      <w:pPr>
        <w:bidi w:val="1"/>
        <w:jc w:val="start"/>
      </w:pPr>
      <w:r>
        <w:rPr>
          <w:rtl w:val="1"/>
        </w:rPr>
        <w:t>الشرح: الدلالة: مرحلة الشيخوخة (من سن 50 فما فوق) - مراحل النمو</w:t>
      </w:r>
    </w:p>
    <w:p>
      <w:pPr>
        <w:bidi w:val="1"/>
        <w:jc w:val="start"/>
      </w:pPr>
      <w:r>
        <w:rPr>
          <w:rtl w:val="1"/>
        </w:rPr>
        <w:t xml:space="preserve">الشرح: الدلالة: شفاء المريض ببركة دعائه ﷺ ورقيته - شفاء المريض والمعتل ببركته ﷺ بإذن الله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لهم بالتمتع بالسمع والبصر - دعاء النبي ﷺ لأصحابه خصوصًا ولأمته عمومًا </w:t>
      </w:r>
    </w:p>
    <w:p>
      <w:pPr>
        <w:bidi w:val="1"/>
        <w:jc w:val="start"/>
      </w:pPr>
      <w:r>
        <w:rPr>
          <w:rtl w:val="1"/>
        </w:rPr>
        <w:t>الشرح: الدلالة: إجابة دعائه صلى الله عليه وسلم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بركته على أصحابه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