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جعل فصّ الخاتم في بطن كفّه-كتاب اللباس-صحيح البخاري — رقم الحديث: 5876 — الرقم الفرعي: 99 — الرقم الأصلي: 5876</w:t>
        <w:br/>
      </w:r>
      <w:r>
        <w:rPr>
          <w:rtl w:val="1"/>
        </w:rPr>
        <w:t xml:space="preserve"> حدثنا موسى بن إسماعيل حدثنا جويرية عن نافع أنّ عبد الله</w:t>
        <w:br/>
      </w:r>
      <w:r>
        <w:rPr>
          <w:color w:val="FF0000"/>
          <w:rtl w:val="1"/>
        </w:rPr>
        <w:t xml:space="preserve">أنَّ عبدَ الله حَدَّثَهُ: أنَّ النّبيَّ ﷺ اصْطَنَعَ خاتَمًا من ذهبٍ،  </w:t>
      </w:r>
      <w:r>
        <w:rPr>
          <w:color w:val="FF0000"/>
          <w:rtl w:val="1"/>
        </w:rPr>
        <w:t xml:space="preserve">ويَجعَلُ فَصَّه في بَطْنِ كَفِّه إذا لَبِسَه،  </w:t>
      </w:r>
      <w:r>
        <w:rPr>
          <w:color w:val="000000"/>
          <w:rtl w:val="1"/>
        </w:rPr>
        <w:t xml:space="preserve">فاصْطَنَعَ النّاسُ خَواتِيمَ من ذهبٍ،  </w:t>
      </w:r>
      <w:r>
        <w:rPr>
          <w:color w:val="000000"/>
          <w:rtl w:val="1"/>
        </w:rPr>
        <w:t xml:space="preserve">فرَقِيَ المِنْبرَ فحَمِدَ اللهَ وأَثنَى عليه،  </w:t>
      </w:r>
      <w:r>
        <w:rPr>
          <w:color w:val="000000"/>
          <w:rtl w:val="1"/>
        </w:rPr>
        <w:t xml:space="preserve">فقال: «إنّي كنتُ اصطَنَعْتُه، وإنِّي لا ألْبَسُه».  </w:t>
      </w:r>
      <w:r>
        <w:rPr>
          <w:color w:val="000000"/>
          <w:rtl w:val="1"/>
        </w:rPr>
        <w:t xml:space="preserve">فنبَذَه، فنبَذَ النّاسُ. </w:t>
      </w:r>
      <w:r>
        <w:rPr>
          <w:color w:val="000000"/>
          <w:rtl w:val="1"/>
        </w:rPr>
        <w:t xml:space="preserve">قال جُوَيرِيَةُ: ولا أَحسِبُه إلَّا قال: في يدِه اليُمنَى. </w:t>
      </w:r>
    </w:p>
    <w:p>
      <w:pPr>
        <w:bidi w:val="1"/>
        <w:jc w:val="start"/>
      </w:pPr>
      <w:r>
        <w:rPr>
          <w:rtl w:val="1"/>
        </w:rPr>
        <w:t>الشرح: الدلالة: في الخاتم: - لباس النبي صلى الله عليه وسلم وهيئته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