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صفة النبيّ صلى الله عليه وسلم-كتاب المناقب-صحيح البخاري — رقم الحديث: 3557 — الرقم الفرعي: 99 — الرقم الأصلي: 3557</w:t>
        <w:br/>
      </w:r>
      <w:r>
        <w:rPr>
          <w:rtl w:val="1"/>
        </w:rPr>
        <w:t xml:space="preserve"> حدثنا قتيبة بن سعيد حدثنا يعقوب بن عبد الرحمن عن عمرو عن سعيد المَقبُريّ عن أبي هريرة رضي الله عنه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«بُعِثتُ من خيرِ قُرونِ بني آدمَ قَرْنًا فقَرْنًا، حتَّى كنتُ منَ القَرْنِ الَّذي كنتُ فيه» </w:t>
      </w:r>
    </w:p>
    <w:p>
      <w:pPr>
        <w:bidi w:val="1"/>
        <w:jc w:val="start"/>
      </w:pPr>
      <w:r>
        <w:rPr>
          <w:rtl w:val="1"/>
        </w:rPr>
        <w:t>الشرح: الدلالة: نسبه الشريف صلى الله عليه وسلم - السيرة النبوية</w:t>
      </w:r>
    </w:p>
    <w:p>
      <w:pPr>
        <w:bidi w:val="1"/>
        <w:jc w:val="start"/>
      </w:pPr>
      <w:r>
        <w:rPr>
          <w:rtl w:val="1"/>
        </w:rPr>
        <w:t>الشرح: الدلالة: ما ورد في القرون - ما ورد في الأزمنة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قرنه ﷺ خير قرون الأنبياء - فضل النبي ﷺ ومنزلته ومكانته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