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الصف-كتاب تفسير القرآن-سنن الترمذي — رقم الحديث: 3309 — الرقم الفرعي: 99 — الرقم الأصلي: 3307</w:t>
        <w:br/>
      </w:r>
      <w:r>
        <w:rPr>
          <w:rtl w:val="1"/>
        </w:rPr>
        <w:t xml:space="preserve"> حدثنا عبد الله بن عبد الرحمن حدثنا محمد بن كثير عن الأوزاعيّ عن يحيى بن أبي كثير عن أبي سلمة عن عبد الله بن سلام</w:t>
        <w:br/>
      </w:r>
      <w:r>
        <w:rPr>
          <w:color w:val="FF0000"/>
          <w:rtl w:val="1"/>
        </w:rPr>
        <w:t xml:space="preserve">قال: قَعدْنا نَفَرًا من أصحابِ رسولِ اللهِ ﷺ فتذَاكَرْنا، فقلنا: لَو نَعلمُ أيُّ الأعمالِ أحَبُّ إلى اللهِ لَعَملناهُ، فأنزَلَ اللهُ تَعالى {سَبَّحَ لِلَّهِ مَا فِي السَّمَاوَاتِ وَمَا فِي الْأَرْضِ وَهُوَ الْعَزِيزُ الْحَكِيمُ * يَاأَيُّهَا الَّذِينَ آمَنُوا ‌لِمَ ‌تَقُولُونَ مَا لَا تَفْعَلُونَ} [الصف: 1 - 2]. </w:t>
      </w:r>
      <w:r>
        <w:rPr>
          <w:color w:val="000000"/>
          <w:rtl w:val="1"/>
        </w:rPr>
        <w:t xml:space="preserve">قال عَبد اللهِ بن سلامٍ: فقرأها علينا رسولُ اللهِ ﷺ. قال أبو سَلمةَ: فقرَأها علينا ابن سلامٍ. قال يحيى: فقرَأها علينا أبو سَلمةَ. قال ابن كَثيرٍ: فقرأهَا علينا الأوزاعيُّ. قال عبد اللهِ: فقرأها علينا ابن كَثِيرٍ. </w:t>
      </w:r>
      <w:r>
        <w:rPr>
          <w:color w:val="000000"/>
          <w:rtl w:val="1"/>
        </w:rPr>
        <w:t xml:space="preserve">وقد خُولفَ محمدُ بن كثير في إسنادِ هذا الحديث عن الأوزاعيَّ، فروى ابنُ المبارك عن الأوزاعيَّ، عن يحيى بن أبي كثيرٍ، عن هلالِ بن أبي ميمونَةَ، عن عطاءِ بن يسارٍ، عن عبد الله بن سلامٍ، أو عن أبي سلمةَ، عن عبد الله بن سلام. </w:t>
      </w:r>
      <w:r>
        <w:rPr>
          <w:color w:val="000000"/>
          <w:rtl w:val="1"/>
        </w:rPr>
        <w:t xml:space="preserve">وروى الوليدُ بن مسلمٍ هذا الحديث عن الأوزاعيَّ، نحو روايةِ محمدِ بن كثيرٍ. </w:t>
      </w:r>
    </w:p>
    <w:p>
      <w:pPr>
        <w:bidi w:val="1"/>
        <w:jc w:val="start"/>
      </w:pPr>
      <w:r>
        <w:rPr>
          <w:rtl w:val="1"/>
        </w:rPr>
        <w:t>درجة الحديث: صحيح / صحيح</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مختلف الحديث - علوم متعلقة بالمتن</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فضل الجهاد في سبيل الله ودرجته - فضل الجهاد وثواب المجاهدين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