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جرّ ثوبه من الخيلاء-كتاب اللباس-صحيح البخاري — رقم الحديث: 5788 — الرقم الفرعي: 99 — الرقم الأصلي: 5788</w:t>
        <w:br/>
      </w:r>
      <w:r>
        <w:rPr>
          <w:rtl w:val="1"/>
        </w:rPr>
        <w:t xml:space="preserve"> حدثنا عبد الله بن يوسف أخبرنا مالك عن أبي الزناد عن الأعرج عن أبي هريرة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«لا يَنظُرُ اللهُ يومَ القِيامَةِ إلى مَن جَرَّ إزارَه بَطَرًا». 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