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تعالىادعوني أستجب لكم-كتاب الدعوات-صحيح البخاري — رقم الحديث: 6304 — الرقم الفرعي: 99 — الرقم الأصلي: 6304</w:t>
        <w:br/>
      </w:r>
      <w:r>
        <w:rPr>
          <w:rtl w:val="1"/>
        </w:rPr>
        <w:t xml:space="preserve"> حدثنا إسماعيل قال:حدثني مالك عن أبي الزناد عن الأعرج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«لِكلِّ نبيٍّ دَعْوةٌ يَدْعُو بها،  </w:t>
      </w:r>
      <w:r>
        <w:rPr>
          <w:color w:val="FF0000"/>
          <w:rtl w:val="1"/>
        </w:rPr>
        <w:t xml:space="preserve">وأُرِيدُ أنْ أختَبِاءَ دَعْوَتي شَفاعةً لأُمَّتي في الآخرةِ».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شفاعة النبي ﷺ العامة لأمته - شفاعة النبي ﷺ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رحمته ﷺ بأمته وخوفه عليها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