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بدء الوحي-صحيح البخاري — رقم الحديث: 4 — الرقم الفرعي: 99 — الرقم الأصلي: 4</w:t>
        <w:br/>
      </w:r>
      <w:r>
        <w:rPr>
          <w:rtl w:val="1"/>
        </w:rPr>
        <w:t xml:space="preserve"> قال: قال ابن شهاب وأخبرني أبو سلمة بن عبد الرحمن أنّ جابر بن عبد الله الأنصاريّ</w:t>
        <w:br/>
      </w:r>
      <w:r>
        <w:rPr>
          <w:color w:val="000000"/>
          <w:rtl w:val="1"/>
        </w:rPr>
        <w:t xml:space="preserve">قال  </w:t>
      </w:r>
      <w:r>
        <w:rPr>
          <w:color w:val="FF0000"/>
          <w:rtl w:val="1"/>
        </w:rPr>
        <w:t xml:space="preserve">- وهو يُحدِّثُ عن فَتْرةِ الوَحْيِ - فقال في حديثِه: «بَيْنا أنا أمشي إذْ سمعتُ صوتًا منَ السَّماء، فرَفَعْتُ بَصَري، فإذا المَلَكُ الَّذي جاءَني بحِرَاءٍ جالسٌ على كُرْسيٍّ بينَ السَّماءِ والأرض، فرُعِبْتُ منه فرَجَعْتُ فقلتُ: زَمِّلُوني»، فأنزَلَ الله تعالى: ﴿يَاأَيُّهَا الْمُدَّثِّرُ (1) قُمْ فَأَنْذِرْ﴾ إلى قولِه: ﴿وَالرُّجْزَ فَاهْجُرْ﴾، فحَمِيَ الوَحْيُ وتَتابَعَ. </w:t>
      </w:r>
      <w:r>
        <w:rPr>
          <w:color w:val="000000"/>
          <w:rtl w:val="1"/>
        </w:rPr>
        <w:t xml:space="preserve">تابَعَه عبدُ الله بنُ يوسُفَ، وأبو صالحٍ، وتابَعَه هِلالُ بنُ رَدّادٍ عن الزُّهْريِّ. </w:t>
      </w:r>
      <w:r>
        <w:rPr>
          <w:color w:val="000000"/>
          <w:rtl w:val="1"/>
        </w:rPr>
        <w:t xml:space="preserve">وقال يونُسُ ومَعمَرٌ: بَوادِرُه.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بعثة الرسول صلى الله عليه وسلم وبدء الوحي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بدء الوحي (انظر دليل السيرة) - الوحي</w:t>
      </w:r>
    </w:p>
    <w:p>
      <w:pPr>
        <w:bidi w:val="1"/>
        <w:jc w:val="start"/>
      </w:pPr>
      <w:r>
        <w:rPr>
          <w:rtl w:val="1"/>
        </w:rPr>
        <w:t>الشرح: الدلالة: أول ما نزل - نزول القرآن</w:t>
      </w:r>
    </w:p>
    <w:p>
      <w:pPr>
        <w:bidi w:val="1"/>
        <w:jc w:val="start"/>
      </w:pPr>
      <w:r>
        <w:rPr>
          <w:rtl w:val="1"/>
        </w:rPr>
        <w:t>الشرح: الدلالة: نزول القرآن منجماً - نزول القرآن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نزول القرآن بمكة المكرمة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صورته الحقيقية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