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جامع ثم عاد ،ومَن دار على نسائه في غسلٍ واحد-كتاب الوضوء-صحيح البخاري — رقم الحديث: 268 — الرقم الفرعي: 99 — الرقم الأصلي: 268</w:t>
        <w:br/>
      </w:r>
      <w:r>
        <w:rPr>
          <w:rtl w:val="1"/>
        </w:rPr>
        <w:t xml:space="preserve"> حدثنا محمد بن بشار قال:حدثنا معاذ بن هشام قال:حدثني أبي عن قتادة قال:حدثنا أنس بن مالك</w:t>
        <w:br/>
      </w:r>
      <w:r>
        <w:rPr>
          <w:color w:val="FF0000"/>
          <w:rtl w:val="1"/>
        </w:rPr>
        <w:t xml:space="preserve">قال: كان النبيُّ ﷺ يَدُورُ على نسائِه في السّاعةِ الواحدةِ منَ اللَّيلِ والنَّهار،  </w:t>
      </w:r>
      <w:r>
        <w:rPr>
          <w:color w:val="000000"/>
          <w:rtl w:val="1"/>
        </w:rPr>
        <w:t xml:space="preserve">وهُنَّ إحدَى عَشْرةَ،  </w:t>
      </w:r>
      <w:r>
        <w:rPr>
          <w:color w:val="FF0000"/>
          <w:rtl w:val="1"/>
        </w:rPr>
        <w:t xml:space="preserve">قال: قلتُ لأنسٍ: أَوَكانَ يُطِيقُه؟  </w:t>
      </w:r>
      <w:r>
        <w:rPr>
          <w:color w:val="FF0000"/>
          <w:rtl w:val="1"/>
        </w:rPr>
        <w:t xml:space="preserve">قال: كنَّا نَتَحَدَّثُ أنَّه أُعْطِيَ قُوّةَ ثلاثينَ. </w:t>
      </w:r>
      <w:r>
        <w:rPr>
          <w:color w:val="000000"/>
          <w:rtl w:val="1"/>
        </w:rPr>
        <w:t xml:space="preserve">وقال سعيدٌ، عن قَتَادةَ: إنَّ أنسًا حَدَّثَهم: تسعُ نِسْوة. </w:t>
      </w:r>
    </w:p>
    <w:p>
      <w:pPr>
        <w:bidi w:val="1"/>
        <w:jc w:val="start"/>
      </w:pPr>
      <w:r>
        <w:rPr>
          <w:rtl w:val="1"/>
        </w:rPr>
        <w:t>الشرح: الدلالة: العودة إلى الجماع - ما يباح للجنب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الطواف على نسائه في ليلة واحدة - الجماع</w:t>
      </w:r>
    </w:p>
    <w:p>
      <w:pPr>
        <w:bidi w:val="1"/>
        <w:jc w:val="start"/>
      </w:pPr>
      <w:r>
        <w:rPr>
          <w:rtl w:val="1"/>
        </w:rPr>
        <w:t>الشرح: الدلالة: قوته ﷺ في الجماع - في قوة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